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304B"/>
          <w:sz w:val="46"/>
        </w:rPr>
        <w:t>YOUR NAME</w:t>
      </w:r>
    </w:p>
    <w:p>
      <w:pPr>
        <w:spacing w:after="160"/>
        <w:jc w:val="center"/>
      </w:pPr>
      <w:r>
        <w:rPr>
          <w:color w:val="606A74"/>
          <w:sz w:val="19"/>
        </w:rPr>
        <w:t>City, State  •  (555) 555-5555  •  your.email@example.com  •  LinkedIn (optional)</w:t>
      </w:r>
    </w:p>
    <w:p>
      <w:pPr>
        <w:keepNext/>
        <w:spacing w:before="120" w:after="60"/>
      </w:pPr>
      <w:r>
        <w:rPr>
          <w:b/>
          <w:color w:val="2669AA"/>
          <w:sz w:val="21"/>
        </w:rPr>
        <w:t>CAREER OBJECTIVE / SUMMARY</w:t>
      </w:r>
    </w:p>
    <w:p>
      <w:r>
        <w:t>[Write 2–3 sentences explaining the type of opportunity you are seeking, relevant strengths, training, education, or transferable skills. Do not say only “looking for any job.”]</w:t>
      </w:r>
    </w:p>
    <w:p>
      <w:pPr>
        <w:keepNext/>
        <w:spacing w:before="120" w:after="60"/>
      </w:pPr>
      <w:r>
        <w:rPr>
          <w:b/>
          <w:color w:val="2669AA"/>
          <w:sz w:val="21"/>
        </w:rPr>
        <w:t>SKILLS</w:t>
      </w:r>
    </w:p>
    <w:p>
      <w:r>
        <w:t>• [Customer Service]   • [Microsoft Office]   • [Bilingual]   • [Hand Tools]   • [Organization]   • [Other Relevant Skill]</w:t>
      </w:r>
    </w:p>
    <w:p>
      <w:pPr>
        <w:keepNext/>
        <w:spacing w:before="120" w:after="60"/>
      </w:pPr>
      <w:r>
        <w:rPr>
          <w:b/>
          <w:color w:val="2669AA"/>
          <w:sz w:val="21"/>
        </w:rPr>
        <w:t>EDUCATION &amp; TRAINING</w:t>
      </w:r>
    </w:p>
    <w:p>
      <w:r>
        <w:rPr>
          <w:b/>
        </w:rPr>
        <w:t>[Diploma / Degree / Program]</w:t>
      </w:r>
    </w:p>
    <w:p>
      <w:pPr>
        <w:spacing w:after="40"/>
      </w:pPr>
      <w:r>
        <w:t>[School / College / Training Provider] — City, State | [Completed or Expected Year]</w:t>
      </w:r>
    </w:p>
    <w:p>
      <w:pPr>
        <w:keepNext/>
        <w:spacing w:before="120" w:after="60"/>
      </w:pPr>
      <w:r>
        <w:rPr>
          <w:b/>
          <w:color w:val="2669AA"/>
          <w:sz w:val="21"/>
        </w:rPr>
        <w:t>EXPERIENCE</w:t>
      </w:r>
    </w:p>
    <w:p>
      <w:r>
        <w:t>Use paid work, internships, school projects, volunteer work, family business experience, military experience, or other real experience that demonstrates job-related skills.</w:t>
      </w:r>
    </w:p>
    <w:p>
      <w:pPr>
        <w:keepNext/>
        <w:spacing w:after="0"/>
      </w:pPr>
      <w:r>
        <w:rPr>
          <w:b/>
          <w:color w:val="17304B"/>
          <w:sz w:val="21"/>
        </w:rPr>
        <w:t>ROLE / PROJECT / VOLUNTEER POSITION</w:t>
      </w:r>
    </w:p>
    <w:p>
      <w:pPr>
        <w:keepNext/>
        <w:spacing w:after="40"/>
      </w:pPr>
      <w:r>
        <w:rPr>
          <w:i/>
          <w:color w:val="606A74"/>
          <w:sz w:val="19"/>
        </w:rPr>
        <w:t>Organization / School / Business — City, State | MM/YYYY – MM/YYYY</w:t>
      </w:r>
    </w:p>
    <w:p>
      <w:pPr>
        <w:pStyle w:val="ListBullet"/>
        <w:spacing w:after="30"/>
        <w:ind w:left="317" w:hanging="173"/>
      </w:pPr>
      <w:r>
        <w:t>[Explain what you did and what responsibility you had.]</w:t>
      </w:r>
    </w:p>
    <w:p>
      <w:pPr>
        <w:pStyle w:val="ListBullet"/>
        <w:spacing w:after="30"/>
        <w:ind w:left="317" w:hanging="173"/>
      </w:pPr>
      <w:r>
        <w:t>[Mention customers, tools, software, equipment, projects, or teamwork when relevant.]</w:t>
      </w:r>
    </w:p>
    <w:p>
      <w:pPr>
        <w:pStyle w:val="ListBullet"/>
        <w:spacing w:after="30"/>
        <w:ind w:left="317" w:hanging="173"/>
      </w:pPr>
      <w:r>
        <w:t>[Describe a result, volume, responsibility, or accomplishment if possible.]</w:t>
      </w:r>
    </w:p>
    <w:p>
      <w:pPr>
        <w:keepNext/>
        <w:spacing w:before="120" w:after="60"/>
      </w:pPr>
      <w:r>
        <w:rPr>
          <w:b/>
          <w:color w:val="2669AA"/>
          <w:sz w:val="21"/>
        </w:rPr>
        <w:t>CERTIFICATIONS</w:t>
      </w:r>
    </w:p>
    <w:p>
      <w:r>
        <w:t>• [Certification / License / Completed Training]</w:t>
        <w:br/>
        <w:t>• [Certification / License / Completed Training]</w:t>
      </w:r>
    </w:p>
    <w:p>
      <w:pPr>
        <w:keepNext/>
        <w:spacing w:before="120" w:after="60"/>
      </w:pPr>
      <w:r>
        <w:rPr>
          <w:b/>
          <w:color w:val="2669AA"/>
          <w:sz w:val="21"/>
        </w:rPr>
        <w:t>ADDITIONAL EXPERIENCE</w:t>
      </w:r>
    </w:p>
    <w:p>
      <w:r>
        <w:t>[Optional: volunteer work, school activities, community involvement, leadership, languages, or other relevant experience.]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10224"/>
            <w:shd w:fill="EDF7F0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pPr>
              <w:spacing w:after="0"/>
            </w:pPr>
            <w:r>
              <w:rPr>
                <w:b/>
                <w:color w:val="2D784B"/>
                <w:sz w:val="21"/>
              </w:rPr>
              <w:t>Entry-level tip</w:t>
              <w:br/>
            </w:r>
            <w:r>
              <w:rPr>
                <w:color w:val="242A30"/>
                <w:sz w:val="20"/>
              </w:rPr>
              <w:t>A limited work history does not mean you have nothing to include. Focus on real skills, training, projects, volunteer experience, responsibilities, and accomplishments that show what you can do.</w:t>
            </w:r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42A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17304B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2669AA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7304B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7304B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rial" w:hAnsi="Arial"/>
      <w:color w:val="606A74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