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04B"/>
          <w:sz w:val="46"/>
        </w:rPr>
        <w:t>YOUR NAME</w:t>
      </w:r>
    </w:p>
    <w:p>
      <w:pPr>
        <w:spacing w:after="160"/>
        <w:jc w:val="center"/>
      </w:pPr>
      <w:r>
        <w:rPr>
          <w:color w:val="606A74"/>
          <w:sz w:val="19"/>
        </w:rPr>
        <w:t>City, State  •  (555) 555-5555  •  your.email@example.com  •  LinkedIn (optional)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PROFESSIONAL SUMMARY</w:t>
      </w:r>
    </w:p>
    <w:p>
      <w:r>
        <w:t>[Write 2–4 sentences summarizing your experience, strongest qualifications, and the type of work you are prepared to do. Keep it specific and relevant.]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SKILLS</w:t>
      </w:r>
    </w:p>
    <w:p>
      <w:r>
        <w:t>• [Relevant Skill]   • [Relevant Skill]   • [Relevant Skill]   • [Software / Equipment]   • [Certification / Language]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PROFESSIONAL EXPERIENCE</w:t>
      </w:r>
    </w:p>
    <w:p>
      <w:pPr>
        <w:keepNext/>
        <w:spacing w:after="0"/>
      </w:pPr>
      <w:r>
        <w:rPr>
          <w:b/>
          <w:color w:val="17304B"/>
          <w:sz w:val="21"/>
        </w:rPr>
        <w:t>JOB TITLE</w:t>
      </w:r>
    </w:p>
    <w:p>
      <w:pPr>
        <w:keepNext/>
        <w:spacing w:after="40"/>
      </w:pPr>
      <w:r>
        <w:rPr>
          <w:i/>
          <w:color w:val="606A74"/>
          <w:sz w:val="19"/>
        </w:rPr>
        <w:t>Company Name — City, State | MM/YYYY – Present</w:t>
      </w:r>
    </w:p>
    <w:p>
      <w:pPr>
        <w:pStyle w:val="ListBullet"/>
        <w:spacing w:after="30"/>
        <w:ind w:left="317" w:hanging="173"/>
      </w:pPr>
      <w:r>
        <w:t>[Start with an action verb and explain what you actually do.]</w:t>
      </w:r>
    </w:p>
    <w:p>
      <w:pPr>
        <w:pStyle w:val="ListBullet"/>
        <w:spacing w:after="30"/>
        <w:ind w:left="317" w:hanging="173"/>
      </w:pPr>
      <w:r>
        <w:t>[Mention tools, systems, equipment, customers, products, or processes when relevant.]</w:t>
      </w:r>
    </w:p>
    <w:p>
      <w:pPr>
        <w:pStyle w:val="ListBullet"/>
        <w:spacing w:after="30"/>
        <w:ind w:left="317" w:hanging="173"/>
      </w:pPr>
      <w:r>
        <w:t>[Use a number or measurable result when accurate and useful.]</w:t>
      </w:r>
    </w:p>
    <w:p>
      <w:pPr>
        <w:pStyle w:val="ListBullet"/>
        <w:spacing w:after="30"/>
        <w:ind w:left="317" w:hanging="173"/>
      </w:pPr>
      <w:r>
        <w:t>[Add another responsibility or accomplishment relevant to the jobs you want.]</w:t>
      </w:r>
    </w:p>
    <w:p>
      <w:pPr>
        <w:keepNext/>
        <w:spacing w:after="0"/>
      </w:pPr>
      <w:r>
        <w:rPr>
          <w:b/>
          <w:color w:val="17304B"/>
          <w:sz w:val="21"/>
        </w:rPr>
        <w:t>PREVIOUS JOB TITLE</w:t>
      </w:r>
    </w:p>
    <w:p>
      <w:pPr>
        <w:keepNext/>
        <w:spacing w:after="40"/>
      </w:pPr>
      <w:r>
        <w:rPr>
          <w:i/>
          <w:color w:val="606A74"/>
          <w:sz w:val="19"/>
        </w:rPr>
        <w:t>Previous Company — City, State | MM/YYYY – MM/YYYY</w:t>
      </w:r>
    </w:p>
    <w:p>
      <w:pPr>
        <w:pStyle w:val="ListBullet"/>
        <w:spacing w:after="30"/>
        <w:ind w:left="317" w:hanging="173"/>
      </w:pPr>
      <w:r>
        <w:t>[Describe your main responsibility clearly.]</w:t>
      </w:r>
    </w:p>
    <w:p>
      <w:pPr>
        <w:pStyle w:val="ListBullet"/>
        <w:spacing w:after="30"/>
        <w:ind w:left="317" w:hanging="173"/>
      </w:pPr>
      <w:r>
        <w:t>[Add a specific task, project, process, or accomplishment.]</w:t>
      </w:r>
    </w:p>
    <w:p>
      <w:pPr>
        <w:pStyle w:val="ListBullet"/>
        <w:spacing w:after="30"/>
        <w:ind w:left="317" w:hanging="173"/>
      </w:pPr>
      <w:r>
        <w:t>[Include relevant software, tools, equipment, or customer interaction.]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EDUCATION</w:t>
      </w:r>
    </w:p>
    <w:p>
      <w:r>
        <w:rPr>
          <w:b/>
        </w:rPr>
        <w:t>[Degree / Diploma / Certificate]</w:t>
      </w:r>
    </w:p>
    <w:p>
      <w:pPr>
        <w:spacing w:after="40"/>
      </w:pPr>
      <w:r>
        <w:t>[School / College / Training Provider] — City, State | [Year]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CERTIFICATIONS &amp; LICENSES</w:t>
      </w:r>
    </w:p>
    <w:p>
      <w:r>
        <w:t>• [Certification / License] — [Expiration date if applicable]</w:t>
        <w:br/>
        <w:t>• [Certification / License]</w:t>
      </w:r>
    </w:p>
    <w:p>
      <w:pPr>
        <w:keepNext/>
        <w:spacing w:before="120" w:after="60"/>
      </w:pPr>
      <w:r>
        <w:rPr>
          <w:b/>
          <w:color w:val="2669AA"/>
          <w:sz w:val="21"/>
        </w:rPr>
        <w:t>OPTIONAL ADDITIONAL INFORMATION</w:t>
      </w:r>
    </w:p>
    <w:p>
      <w:r>
        <w:t>[Languages, volunteer experience, professional memberships, or other job-relevant information.]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10224"/>
            <w:shd w:fill="F5F7F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b/>
                <w:color w:val="17304B"/>
                <w:sz w:val="21"/>
              </w:rPr>
              <w:t>Before you send it</w:t>
              <w:br/>
            </w:r>
            <w:r>
              <w:rPr>
                <w:color w:val="242A30"/>
                <w:sz w:val="20"/>
              </w:rPr>
              <w:t>Replace all bracketed sample text. Check phone/email, company names, locations, months/years, spelling, and formatting. Save the final version as FirstName-LastName-Resume.pdf.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42A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7304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669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73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0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606A74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